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Rebutia minuscula</w:t>
      </w:r>
    </w:p>
    <w:p>
      <w:pPr>
        <w:spacing w:after="320"/>
      </w:pPr>
      <w:r>
        <w:t>Combined Information Sheets</w:t>
      </w:r>
    </w:p>
    <w:p>
      <w:pPr>
        <w:pStyle w:val="Heading1"/>
      </w:pPr>
      <w:r>
        <w:t>Rebutia minuscula</w:t>
      </w:r>
    </w:p>
    <w:p>
      <w:r>
        <w:rPr>
          <w:b/>
        </w:rPr>
        <w:t xml:space="preserve">Online Information Sheet: </w:t>
      </w:r>
      <w:hyperlink r:id="rId11">
        <w:r>
          <w:rPr>
            <w:color w:val="245B43"/>
            <w:u w:val="single"/>
          </w:rPr>
          <w:t>planteducationproject.com/rebutia-minuscula/</w:t>
        </w:r>
      </w:hyperlink>
    </w:p>
    <w:p>
      <w:r>
        <w:rPr>
          <w:b w:val="0"/>
          <w:i w:val="0"/>
        </w:rPr>
        <w:t>🌿 Plant Information Sheet</w:t>
      </w:r>
    </w:p>
    <w:p>
      <w:r>
        <w:rPr>
          <w:b/>
          <w:i w:val="0"/>
        </w:rPr>
        <w:t>REBUTIA MINUSCULA (CROWN CACTUS)</w:t>
      </w:r>
    </w:p>
    <w:p>
      <w:r>
        <w:rPr>
          <w:b w:val="0"/>
          <w:i w:val="0"/>
        </w:rPr>
        <w:t>Type: Cactus</w:t>
      </w:r>
      <w:r>
        <w:br/>
      </w:r>
      <w:r>
        <w:t>Light: Bright light to full morning sun</w:t>
      </w:r>
      <w:r>
        <w:br/>
      </w:r>
      <w:r>
        <w:t>Water: Water thoroughly; allow soil to dry completely before watering again</w:t>
      </w:r>
      <w:r>
        <w:br/>
      </w:r>
      <w:r>
        <w:t>Soil: Fast-draining cactus mix (60–70% mineral)</w:t>
      </w:r>
      <w:r>
        <w:br/>
      </w:r>
      <w:r>
        <w:t>Temperature: 65–85°F; winter rest at 40–50°F</w:t>
      </w:r>
      <w:r>
        <w:br/>
      </w:r>
      <w:r>
        <w:t>Fertilizer: Low-nitrogen cactus fertilizer monthly in spring/summer</w:t>
      </w:r>
      <w:r>
        <w:br/>
      </w:r>
      <w:r>
        <w:t>Propagation: Offsets or seed</w:t>
      </w:r>
      <w:r>
        <w:br/>
      </w:r>
      <w:r>
        <w:br/>
      </w:r>
      <w:r>
        <w:t>Common Problems</w:t>
      </w:r>
      <w:r>
        <w:br/>
      </w:r>
      <w:r>
        <w:t>• Soft or mushy → Overwatering</w:t>
      </w:r>
      <w:r>
        <w:br/>
      </w:r>
      <w:r>
        <w:t>• Stretching → Insufficient light</w:t>
      </w:r>
      <w:r>
        <w:br/>
      </w:r>
      <w:r>
        <w:t>• No flowers → Winter too warm</w:t>
      </w:r>
      <w:r>
        <w:br/>
      </w:r>
      <w:r>
        <w:t>• White cotton → Mealybugs</w:t>
      </w:r>
      <w:r>
        <w:br/>
      </w:r>
      <w:r>
        <w:br/>
      </w:r>
      <w:r>
        <w:t>Success Tips</w:t>
      </w:r>
      <w:r>
        <w:br/>
      </w:r>
      <w:r>
        <w:t>✓ Bright light</w:t>
      </w:r>
      <w:r>
        <w:br/>
      </w:r>
      <w:r>
        <w:t>✓ Excellent drainage</w:t>
      </w:r>
      <w:r>
        <w:br/>
      </w:r>
      <w:r>
        <w:t>✓ Dry between waterings</w:t>
      </w:r>
      <w:r>
        <w:br/>
      </w:r>
      <w:r>
        <w:t>✓ Cool, dry winter rest</w:t>
      </w:r>
      <w:r>
        <w:br/>
      </w:r>
      <w:r>
        <w:br/>
      </w:r>
      <w:r>
        <w:t>Mature Size: 2–6 in. tall, 4–12 in. wide</w:t>
      </w:r>
      <w:r>
        <w:br/>
      </w:r>
      <w:r>
        <w:t>Best Feature: Can become almost completely covered with flowers.</w:t>
      </w:r>
    </w:p>
    <w:p>
      <w:r>
        <w:rPr>
          <w:b w:val="0"/>
          <w:i w:val="0"/>
        </w:rPr>
        <w:t xml:space="preserve">Added September 22, 2026 · </w:t>
      </w:r>
      <w:hyperlink r:id="rId12">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3">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rebutia-minuscula/" TargetMode="External"/><Relationship Id="rId12" Type="http://schemas.openxmlformats.org/officeDocument/2006/relationships/hyperlink" Target="https://planteducationproject.com/information-sheets/master-index/" TargetMode="External"/><Relationship Id="rId13"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rebutia minuscula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